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זה חשבון בנק ומה ההבדל בין כרטיס חיוב מיידי לכרטיס אשראי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סיכונים בתשלום בטלפון ובקניות בתשלומים עם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עוזרים לחבר או חברה שנקלעו לחוב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מקום לשמור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בכרטיס חיוב מיידי הכסף יוצא מיד, באשראי משלמים אחר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קל לשכוח כמה כבר שילמנו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תוספת תשלום על פריסת התשלום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ריבית על התשלומים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בכרטיס אשראי משלמים אחר כך, לא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ריבית מצטברת לאורך זמן מגדילה את הסכום הכולל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לברר ולשוחח בנימוס כדי לסדר את העניין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הבסיסית של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אסור לשתף סיסמאות, זה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חיוב מיידי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(הכסף יוצא מיד מהחשבון)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(משלמים על הקנייה אחר כך)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(תוספת תשלום על פריסה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(כסף שצריך להחזיר)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(דרך לעזור לחבר בלחץ)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קונים מוצר בתשלומים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חודש משלמים תשלום קבוע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במהלך התקופה מצטברת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בסוף התקופה משלמים יותר מהמחיר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לפנות בנימוס לחבר ולברר מתי יחזיר, ולבדוק את החשבון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את החשבון באופן קבוע, לא לשתף סיסמאות, לא לקנות במה שאין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חיוב מיידי - הכסף יוצא מיד; אשראי - משלמים אחר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 לשכוח כמה כבר שילמנו, אין תחושת כסף יוצא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היא תוספת תשלום על פריסה לאורך זמן, שמייקרת את הסכום הכולל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בכיתה את המחשבון מהדף כדי להמחיש כמה ריבית מייקרת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פתוח על המקרה של עומר ולחבר, בלי לשפוט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עקרון מעש״ה כדרך תומכת ולא שיפוטית לעזור לחברים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בנק, כרטיסים, תשלום בטלפון וחובות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חשבון בנק, סוגי כרטיסים, תשלומים בטלפון וריבית על קניות בתשלומים, ונתרגל איך להתנהג בחוכמה עם כסף.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חשבון בנק?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מקום לשמור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חנות לקניות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כרטיס חיוב מיידי לכרטיס אשראי?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בכרטיס חיוב מיידי הכסף יוצא מיד, באשראי משלמים אחר כך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 אשראי זה רק לילדים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חיוב מיידי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תשלום בטלפון יכול להיות מסוכן קצת?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קל לשכוח כמה כבר שילמנו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להשתמש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לא עובד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ריבית בקנייה בתשלומים?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על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תוספת תשלום על פריסת התשלום לאורך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ביטול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במחשבון בדף, המוצר עלה בסוף יותר מהמחיר המקורי בגלל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ריבית על התשלומים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עמלת 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אשראי הכסף יוצא מהחשבון באותו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שיש יותר תשלומים וריבית גבוהה יותר, משלמים בסוף יותר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חבר מעביר כסף 'עד מחר' ועובר שבוע בלי שהחזיר, אין צורך לדבר על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 הוא כסף שצריך להחזיר למישהו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לשתף סיסמאות בנק עם חברים כדי שיוכלו לעזור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 __________ הוא כרטיס שבו הכסף יוצא מיד מהחשבון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כרטיס __________ הוא כרטיס שבו משלמים על הקנייה 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כשפורסים תשלום לאורך זמן, לרוב משלמים תוספת שנקראת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שצריך להחזיר למישהו אחר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הכללים החשובים הוא לא ל__________ סיסמאות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אחד הכללים החשובים הוא לא לקנות במה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חיוב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משלמים על הקנייה אחר כך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כרטיס אשראי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תוספת תשלום על פריסה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הכסף יוצא מיד מהחשבון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דרך לעזור לחבר בלחץ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מעש״ה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כסף שצריך להחזיר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חודש משלמים תשלום קבוע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קונים מוצר בתשלומים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התקופה משלמים יותר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התקופה מצטברת ריבית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עומר העביר לחבר כסף בטלפון 'עד מחר', ועבר שבוע. מה כדאי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כללים לשימוש נכון בכסף ובכרטיסים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חיוב מיידי לכרטיס אשראי?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להיזהר בתשלום בטלפון?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ריבית ולמה היא יכולה לייקר קנייה?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בנק, כרטיסים, תשלום בטלפון וחובות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