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בחיים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בנק, כרטיסים, תשלום בטלפון וחובות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 זה חשבון בנק ומה ההבדל בין כרטיס חיוב מיידי לכרטיס אשראי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סיכונים בתשלום בטלפון ובקניות בתשלומים עם ריבית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איך עוזרים לחבר או חברה שנקלעו לחוב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מקום לשמור כסף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בכרטיס חיוב מיידי הכסף יוצא מיד, באשראי משלמים אחר כך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קל לשכוח כמה כבר שילמנו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תוספת תשלום על פריסת התשלום לאורך 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ריבית על התשלומים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בכרטיס אשראי משלמים אחר כך, לא מיד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ריבית מצטברת לאורך זמן מגדילה את הסכום הכולל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כדאי לברר ולשוחח בנימוס כדי לסדר את העניין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זו ההגדרה הבסיסית של חוב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אסור לשתף סיסמאות, זה מסוכן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חיוב מיידי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אשראי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ריבית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שתף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אין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(הכסף יוצא מיד מהחשבון)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(משלמים על הקנייה אחר כך)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ג (תוספת תשלום על פריסה לאורך זמן)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ד (כסף שצריך להחזיר)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(דרך לעזור לחבר בלחץ)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קונים מוצר בתשלומים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כל חודש משלמים תשלום קבוע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במהלך התקופה מצטברת ריבית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בסוף התקופה משלמים יותר מהמחיר המקורי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לפנות בנימוס לחבר ולברר מתי יחזיר, ולבדוק את החשבון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לבדוק את החשבון באופן קבוע, לא לשתף סיסמאות, לא לקנות במה שאין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חיוב מיידי - הכסף יוצא מיד; אשראי - משלמים אחר כך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קל לשכוח כמה כבר שילמנו, אין תחושת כסף יוצא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ריבית היא תוספת תשלום על פריסה לאורך זמן, שמייקרת את הסכום הכולל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להדגים בכיתה את המחשבון מהדף כדי להמחיש כמה ריבית מייקרת קנייה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דיון פתוח על המקרה של עומר ולחבר, בלי לשפוט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את עקרון מעש״ה כדרך תומכת ולא שיפוטית לעזור לחברים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בחיים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בנק, כרטיסים, תשלום בטלפון וחובות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נלמד מה זה בנק, מה זה כרטיס אשראי, ומה זה חוב. נתרגל שאלות קלות על זה.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חשבון בנק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שבו שומרים את הכסף שלנו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כרטיס חיוב מיידי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כרטיס שבו הכסף יוצא מיד מהחשבון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כרטיס אשראי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כרטיס שבו משלמים על הקנייה רק מאוחר יותר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ריבית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תוספת תשלום שמשלמים כשפורסים תשלום לאורך זמן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תשלומים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חלוקת סכום הקנייה לכמה תשלומים חודשיים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כסף שצריך להחזיר למישהו אחר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עמלה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תשלום נוסף שגובה הבנק או החברה על שירות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מעש״ה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דרך לעזור לחבר: מחויבות, עידוד, שאלות, הכוונה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בנק?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מקום לשמור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חנות לקניות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משחק מחשב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כרטיס אשראי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שונה בין שני סוגי הכרטיסים?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בכרטיס חיוב מיידי הכסף יוצא מיד, באשראי משלמים אחר כך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כרטיס אשראי זה רק לילדים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כרטיס חיוב מיידי יקר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הבעיה בתשלום דרך הטלפון?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תמיד יקר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קל לשכוח כמה כבר שילמנו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אסור להשתמש בו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לא עובד בלילה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זה ריבית?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הנחה על המוצר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תוספת תשלום על פריסת התשלום לאורך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מתנה מהחנות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ביטול הקנייה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שילמו יותר בסוף?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מיסים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משלוח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ריבית על התשלומים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עמלת חנות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בכרטיס אשראי הכסף יוצא מהחשבון באותו רגע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ככל שיש יותר תשלומים וריבית גבוהה יותר, משלמים בסוף יותר כסף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חבר מעביר כסף 'עד מחר' ועובר שבוע בלי שהחזיר, אין צורך לדבר על זה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חוב הוא כסף שצריך להחזיר למישהו אחר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מומלץ לשתף סיסמאות בנק עם חברים כדי שיוכלו לעזור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כרטיס __________ הוא כרטיס שבו הכסף יוצא מיד מהחשבון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כרטיס __________ הוא כרטיס שבו משלמים על הקנייה מאוחר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כשפורסים תשלום לאורך זמן, לרוב משלמים תוספת שנקראת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כסף שצריך להחזיר למישהו אחר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אחד הכללים החשובים הוא לא ל__________ סיסמאות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אחד הכללים החשובים הוא לא לקנות במה ש__________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כרטיס חיוב מיידי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משלמים על הקנייה אחר כך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כרטיס אשראי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דרך לעזור לחבר בלחץ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ריבית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תוספת תשלום על פריסה לאורך זמן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כסף שצריך להחזיר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מעש״ה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הכסף יוצא מיד מהחשבון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במהלך התקופה מצטברת ריבית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קונים מוצר בתשלומים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חודש משלמים תשלום קבוע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בסוף התקופה משלמים יותר מהמחיר המקורי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עומר העביר לחבר כסף בטלפון 'עד מחר', ועבר שבוע. מה כדאי לעשות?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שני כללים לשימוש נכון בכסף ובכרטיסים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כרטיס חיוב מיידי לכרטיס אשראי?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כדאי להיזהר בתשלום בטלפון?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ריבית ולמה היא יכולה לייקר קנייה?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בנק, כרטיסים, תשלום בטלפון וחובות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