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חשבון בנק ומה ההבדל בין כרטיס חיוב מיידי לכרטיס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סיכונים בתשלום בטלפון ובקניות בתשלומים עם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עוזרים לחבר או חברה שנקלעו לחוב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לשמור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בכרטיס חיוב מיידי הכסף יוצא מיד, באשראי משלמים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בכרטיס אשראי משלמים אחר כך, לא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מצטברת לאורך זמן מגדילה את הסכום הכולל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(הכסף יוצא מיד מהחשבון)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(משלמים על הקנייה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(תוספת תשלום על פריסה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שצריך להחזיר)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קונים מוצר בתשלומים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חודש משלמים תשלום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במהלך התקופה מצטברת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התקופה משלמים יותר מהמחיר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לפנות בנימוס לחבר ולברר מתי יחזיר, ולבדוק את החשבון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חיוב מיידי - הכסף יוצא מיד; אשראי - משלמים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 לשכוח כמה כבר שילמנו, אין תחושת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תוספת תשלום על פריסה לאורך זמן, שמייקרת את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המחשבון מהדף כדי להמחיש כמה ריבית מייקרת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על המקרה של עומר ולחבר, בלי לשפוט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עקרון מעש״ה כדרך תומכת ולא שיפוטית לעזור לחברים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חשבון בנק, סוגי כרטיסים, תשלומים בטלפון וריבית על קניות בתשלומים, ונתרגל איך להתנהג בחוכמה עם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ריבית  ·  חיוב מיידי  ·  אשראי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חשבון 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לשמור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חנות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העיקרי בין כרטיס חיוב מיידי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בכרטיס חיוב מיידי הכסף יוצא מיד, באשראי משלמים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אשראי זה רק לילדים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 אשראי הכסף יוצא מהחשבון באותו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שיש יותר תשלומים וריבית גבוהה יותר, משלמים בסוף יותר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 __________ הוא כרטיס שבו הכסף יוצא מיד מהחשבון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כרטיס __________ הוא כרטיס שבו משלמים על הקנייה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כשפורסים תשלום לאורך זמן, לרוב משלמים תוספת שנקראת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חיוב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תוספת תשלום על פריסה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הכסף יוצא מיד מהחשבון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כסף שצריך להחזיר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משלמים על הקנייה אחר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במהלך התקופה מצטברת ריבית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התקופה משלמים יותר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חודש משלמים תשלום קבוע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קונים מוצר בתשלומים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עומר העביר לחבר כסף בטלפון 'עד מחר', ועבר שבוע. מה כדאי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כרטיס חיוב מיידי לכרטיס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להיזהר בתשלום בטלפון?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בנק, כרטיסים, תשלום בטלפון וחובות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